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סיפור חברתי ולמה הוא משמש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מרכיבי הסיפור: תיאור, נקודת מבט ואיזון בין רגיעה להצעה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ההבדלים בין המסלולים השונים ולדעת מתי כל אחד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תכנון וכתיבה של סיפור חברתי קצר על מצב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סיפור חברתי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סיפור חברתי הוא סיפור קצר ורגוע.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מתאר מה קורה, מה אחרים מרגישים ומה אפשר לנסות, מנקודת מבטו/ה.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הסיפור לא מלמד חוקים – הוא מסביר ומרגיע.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מטעמי פרטיות כותבים רק כינוי או שם פרטי, בלי פרטים מזהים.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כלל הפרטיות של בניית הסיפור.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סיפור חברתי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מה קורה, מה אחרים חושבים ומרגישים, ומה אפשר לנסות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להסביר מצב ולהרגיע את הקורא/ת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שם מלא, כתובת או אבחנה רפואית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כינוי, שם פרטי או המילה "אני"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סיפור חברתי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סיפור חברתי מתאר מצב ומסביר מה קורה ומה אפשר לנסות, במקום לתת רשימת חוקים נוקשה – כך הוא מרגיע ולא מפחיד.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בגוף ראשון, למשל: אני לפעמים מרגיש/ה לחוץ/ה כשרועש – ללא שם מלא או פרטים מזהים.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חופשית: הפרטיות מגנה על הקורא/ת מחשיפת מידע רגיש; דוגמה לפרט אסור: שם בית הספר, כתובת או אבחנה רפואית.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חופשית, למשל: אני יכול/ה לנשום עמוק ולבקש עזרה ממבוגר/ת.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מבנה הסיפור: נקודת מבט, איזון ומשפטים – מה יש בעמוד של סיפור חברתי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הסיפור בנוי כך שמציג מה קורה מבחינת מי שחווה את המצב.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הסיפור לא מלמד חוקים אלא מסביר את המצב ומרגיע.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המבנה החוזר של עמוד בסיפור חברתי.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מטרת הסיפור להרגיע ולהסביר, לא להפחיד.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בדיוק מוסבר בעמוד הראשון של הסיפור.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מבנה הסיפור: נקודת מבט, איזון ומשפטים – איזון בין תיאור ל'מה אפשר לנסות'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 אני יכול/ה לנסות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לכסות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מבנה הסיפור: נקודת מבט, איזון ומשפטים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בגוף ראשון שמתאר מה קורה בפועל, למשל תיאור הצליל או הדרך למרחב המוגן, בלי פחד מיותר.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שמתאר תגובה מרגיעה של מבוגר, למשל שהמורה מובילה את הכיתה בשקט למרחב המוגן.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הצעה עדינה כמו לנשום לאט או להחזיק חפץ מרגיע, בלשון אפשרות ולא חובה.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שהסיפור ירגיע ויסביר את המצב, ולא ירגיש כמו רשימת הוראות מלחיצה.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בונים דמות ומתאימים לקורא/ת – זיהוי ושחזור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שלב 4: בונים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כיסא גלגלים וכיסוי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זכר, נקבה וניטרלי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ניקוד, אורך משפטים ומספר עמודים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שהקורא/ת יזהה את עצמו/ה וירגיש שהסיפור עליו/ה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בונים דמות ומתאימים לקורא/ת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כיסוי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לשון פנייה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עמודים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בונים דמות ומתאימים לקורא/ת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להסביר שדמות דומה עוזרת לקורא/ת להזדהות ולהרגיש שהסיפור באמת שלו/ה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פתוחה: שלושה פרטים (כגון צבע שיער, משקפיים, כיסוי ראש) עם הסבר קצר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ביסודי יש ניקוד מלא, ובחט״ב הניקוד הוא לפי בחירה, אך אורך הסיפור בשני המסלולים דומה - 6 עד 8 עמודים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אישית: משפט עם פרט חיצוני (למשל משקפיים) ולשון פנייה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מסלולים שונים: רגיל, חנ״מ ועולים חדשים – היכרות עם המסלולים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6–8 עמודים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משפט אחד בעמוד ותמונה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מילון בלחיצה ב-6 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5 עמודים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מסלולים שונים: רגיל, חנ״מ ועולים חדשים – התאמת מאפיין למסלול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(חנ״מ)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(עולים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(חנ״מ)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(עולים חדשים)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מסלולים שונים: רגיל, חנ״מ ועולים חדשים – חושבים ובוחרים 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תלמיד/ה שמתעייף/ת מהר מקריאה ארוכה – מתאים משפט אחד ותמונה גדולה בלי לחץ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במסלול עולים יש עברית פשוטה ומילון ב-6 שפות, ובמסלול הרגיל יש סיפור מלא בלי 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פתוחה: אפשר לשלב רעיונות ממסלול עולים (עברית פשוטה, מילון) וממסלול חנ״מ (משפט קצר, בלי לחץ 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נושאים מהספרייה: בית הספר, חברים, רגשות ושינויים – הכרת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מחכים בתור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כמה ימים לפני הטיול, עם תמונות של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משפטי הצטרפות במשחקי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נושאים מהספרייה: בית הספר, חברים, רגשות ושינויים – התאמת סיפור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(רגשות וויסות)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(שינויים)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(בית הספר)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נושאים מהספרייה: בית הספר, חברים, רגשות ושינויים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מחכים בתור שייך לבית הספר כי זה קורה שם; מורה מחליף שייך לשינויים כי זה שינוי בשגרה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דוגמה: אני יושב/ת ונושם/ת לאט לפני שהמבחן מתחיל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להתכונן בלי לחץ, להכיר את המצב מראש ולהרגיש בטוחים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- חשוב שההתאמה לנושא תהיה הגיונית ומנומקת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תכנון וכתיבה עצמית של סיפור אישי – היכרות עם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בוחרים מצב אחד בלבד לכל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גוף ראשון, זמן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תמונה פשוטה עם אותה 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תכנון וכתיבה עצמית של סיפור אישי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בגלל הפרטיות כותבים רק כינוי או שם פרטי, בלי שם בית ספר או כתובת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אפשרות מומלצת לבני נוער שמעדיפים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תכנון וכתיבה עצמית של סיפור אישי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יכול או יכולה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תכנון וכתיבה עצמית של סיפור אישי – התאמת שאלות לתכנים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(תיאור העובדות)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(הבנת הקושי)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(מציאת רעיון מרגיע)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(פרטי התצפית)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להסביר מצב ולהרגיע מנקודת המבט של הקורא או הקוראת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הרבה תיאור ונקודת מבט, ומעט "מה אפשר לנסות"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לכתוב רק כינוי או שם פרטי, בלי פרטים מזהים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משפט אחד בעמוד, תמונה גדולה והקראה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מילון בלחיצה במספר 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ברגע רגוע, לא באמצע 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צבע עור, שיער, משקפיים או כיסא גלגלים למשל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צמצום הדרגתי בתדירות הקריאה ככל שפחות נדרש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המצב, מה אחרים חושבים/מרגישים, והצעה עדינה למה לנסות - עם יותר דגש על תיאור ורגיעה מאשר על ההוראה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חנ״מ: משפט אחד קצר בעמוד, תמונה גדולה, הקראה, בלי לחץ זמן; רגיל: סיפור מלא של 6-8 עמודים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רק כינוי או שם פרטי, בלי שם מלא, בית ספר, כתובת או פרטים רפואיים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מפגשים קצרים, פרק או שניים בכל פעם, עם חזרה קצרה בתחילת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השפה לפי הקבוצה - אפשר להשתמש בדוגמאות הפשוטות מהמסלול חנ״מ לתלמידים שזקוקים לכך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בחט״ב לכתוב סיפור קצר משלהם על מצב אישי, תוך שמירה קפדנית על כללי הפרטיות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לשלב דיון קבוצתי קצר אחרי פרק 2 על מהו איזון נכון בין תיאור לבין הצעה, לפני המעבר לתרגול עצמאי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צעד אחר צעד איך בונים סיפור חברתי: מה המטרה שלו, איך שומרים על איזון נכון בין תיאור להצעה, ואילו התאמות אפשר לעשות לפי הקורא/ת. עברו על הפרקים לפי הסדר ונסו לפתור לבד לפני שבודקים.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סיפור חברתי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חברתי הוא סיפור ארוך ומלא מתח.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כתוב מנקודת המבט של הקורא או הקוראת.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הסיפור החברתי היא ללמד חוקים נוקשים שצריך לשנן.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בסיפור חברתי שם מלא, כתובת ואבחנה רפואית.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מה שבונים בסיפור נשמר רק בדפדפן ולא נשלח הלאה.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סיפור חברתי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ההגדרה, מה כולל סיפור 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קורה, מה אחרים חושבים ומרגישים, ומה אפשר לנסות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רשימת חוקים לשינון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תמונות בלי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שמות מלאים של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מטרתו העיקרית של סיפור 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להסביר מצב ולהרגיע את הקורא/ת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להפחיד את הקורא/ת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לבחון ציונים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פרטים אישיים ברבים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אסור לכתוב בסיפור חברתי מטעמי 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של המצב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מלא, כתובת או אבחנה רפואית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פשוטה של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הדמות מרגישה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לכתוב בסיפור במקום שם מלא?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כינוי, שם פרטי או המילה "אני"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תעודת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מגורים מלאה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סיפור חברתי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סיפור חברתי "לא מלמד חוקים אלא מסביר ומרגיע".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שיכול להופיע בסיפור חברתי ומתאר תחושה של הקורא/ת, בלי לציין שם מלא.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חשוב לשמור על כלל הפרטיות בסיפור חברתי, ותנו דוגמה אחת לפרט שאסור לכלול.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אחד שמתאר מה אפשר "לנסות לעשות" במצב קשה, כפי שסיפור חברתי נוהג לעשות.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מבנה הסיפור: נקודת מבט, איזון ומשפטים – מה יש בעמוד של סיפור 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חברתי מתאר מצב מנקודת המבט של הקורא או הקוראת.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חברתי כותבים בעיקר רשימת חוקים נוקשים שחייבים לקיים.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עמוד יש בדרך כלל תיאור של המצב, מחשבות ורגשות של אחרים, והצעה למה אפשר לנסות.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הסיפור החברתי היא להפחיד את הקורא או הקוראת מהמצב.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בדוגמת 'כשיש אזעקה' מוסבר שאזעקה היא צליל חזק וארוך שאומר ללכת למרחב המוגן.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מבנה הסיפור: נקודת מבט, איזון ומשפטים – איזון בין תיאור ל'מה אפשר לנסות'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בסיפור חברתי שומרים על איזון: הרבה תיאור ונקודת מבט, ומעט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הדוגמה, אזעקה היא __________ חזק וארוך.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בעמוד הראשון של 'כשיש אזעקה' כתוב: זה אני. לפעמים __________ אזעקה.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בעמוד שמתאר את ההרגשה מהצליל, הסיפור מציע גם דרך להתמודד, כמו __________ את האוזניים.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מבנה הסיפור: נקודת מבט, איזון ומשפטים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תיאור אחד שמתאר מצב של אזעקה, מנקודת המבט של הקורא או הקוראת.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שמסביר מה אחרים, כמו המורה, עושים או מרגישים כשיש אזעקה.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הצעה קצרה למה אפשר לנסות כדי להירגע בזמן אזעקה, בלי להפוך אותה לכלל נוקשה.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במשפט אחד למה חשוב לשמור על איזון בין תיאור לבין הצעות, ולא לכתוב רק 'מה לעשות'.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בונים דמות ומתאימים לקורא/ת – זיהוי ושחזור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שלב בבניית הסיפור בוחרים צבע עור, שיער ומשקפיים לדמות?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שלב 1: בוחרים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שלב 2: מתאימים לקורא/ת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שלב 4: בונים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שלב 5: מדפיסים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לבחור עבור הדמות בנוסף לצבע עור ושיער?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כיסא גלגלים וכיסוי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אפשרויות לשון פנייה יש כשמתאימים את הסיפור לקורא/ת?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זכר, נקבה וניטרלי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ניטרלי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כשמתאימים את הסיפור לגיל הקורא/ת?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צבע הכריכה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ניקוד, אורך משפטים ומספר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התמונות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חשוב שהדמות בסיפור תיראה כמו הקורא/ת?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שהסיפור יהיה מצויר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שהקורא/ת יזהה את עצמו/ה וירגיש שהסיפור עליו/ה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לקצר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להוסיף יותר עמודים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בונים דמות ומתאימים לקורא/ת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כשבונים דמות אפשר לבחור צבע עור, שיער, משקפיים, כיסא גלגלים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ההתאמה לקורא/ת בוחרים כינוי, גיל ו__________ (זכר, נקבה או ניטרלי)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במסלול חט״ב אפשר לכתוב את הסיפור בגוף __________ אם הקורא/ת מעדיפ/ה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השפה והאורך בוחרים ניקוד, אורך משפטים ומספר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בונים דמות ומתאימים לקורא/ת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להתאים את הדמות בסיפור (צבע עור, שיער וכו׳) לקורא/ת עצמו/ה.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בונים דמות לסיפור חברתי של חבר/ה בכיתה. אילו שלושה פרטים חיצוניים תבחרו עבורה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מסלול חט״ב לבין מסלול יסודי מבחינת אורך הסיפור והניקוד?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אחד שמתאר דמות בסיפור חברתי, כולל פרט חיצוני אחד ולשון פנייה מתאימה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מסלולים שונים: רגיל, חנ״מ ועולים חדשים – היכרות עם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עמודים יש בדרך כלל בסיפור במסלול הרגיל?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6–8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המאפיין המרכזי של מסלול 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אחד בעמוד ותמונה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ארוך מאוד בלי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כתיבה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הקראה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במסלול עולים חדשים שעוזר להבין מילים לא מוכרות?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 בלחיצה ב-6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ניקוד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בדיקת איזון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מסלול כולל בדרך כלל אפשרות לעריכה ו"בדיקת איזון"?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עמודים יש בדרך כלל במסלול חנ״מ להתחלה?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 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 עמודים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מסלולים שונים: רגיל, חנ״מ ועולים חדשים – התאמת מאפיין למסלול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משפט אחד בעמוד, תמונה גדולה מעל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חנ״מ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סיפור מלא עם עריכה ובדיקת איזון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עולים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מילון בלחיצה שמציג מילה ב-6 שפות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חנ״מ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אין טיימרים ואין לחץ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התרגומים מסומנים "לוודא" מול דובר/ת השפה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מסלולים שונים: רגיל, חנ״מ ועולים חדשים – חושבים ובוחרים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תלמיד/ה שמתאים/ה למסלול חנ״מ, ונמקו בקצרה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העיקרי בין מסלול עולים חדשים למסלול הרגיל?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תלמיד/ה חדש/ה בארץ שגם מתקשה להתרכז לאורך זמן – איזה מסלול יכול להתאים,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נושאים מהספרייה: בית הספר, חברים, רגשות ושינויים – הכרת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סיפור מתאים לילדים שקשה להם לחכות בתור במזנון או בכניסה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מחכים בתור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יוצאים לטיול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בוקר טוב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מומלץ לקרוא את הסיפור 'יוצאים לטיול'?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הטיול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ימים לפני הטיול, עם תמונות של המקום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בבוקר הטיול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בזמן הטיול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הסיפור 'מורה מחליף או מחליפה' שייך לאיזה נושא בספרייה?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בריאות וגוף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כדאי לתרגל לפני שמצטרפים למשחק בהפסקה,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משפטי הצטרפות במשחקי 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הקראה בלבד בלי תרגול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ניקוד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הסיפור 'לפני מבחן ובזמן מבחן' שייך לאיזה 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שגרה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נושאים מהספרייה: בית הספר, חברים, רגשות ושינויים – התאמת סיפור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מחכים בתור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רגשות וויסות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מצטרפים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שינויים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כשמפסידים במשחק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מורה מחליף או מחליפה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לפני מבחן ובזמן 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נושאים מהספרייה: בית הספר, חברים, רגשות ושינויים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סיפורים מהספרייה (למשל 'מחכים בתור' ו'מורה מחליף או מחליפה') וכתבו לאיזה נושא כל אחד שייך ולמה זה הגיוני.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בגוף ראשון ובזמן הווה שיכול להופיע בסיפור 'לפני מבחן ובזמן מבחן'.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כדאי לקרוא סיפור חברתי כמה ימים לפני המצב, ולא רק ביום עצמו.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מצב נוסף מהחיים בבית הספר שלא הוזכר, והציעו לאיזה נושא מהספרייה הוא הכי מתאים.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6 · תכנון וכתיבה עצמית של סיפור אישי – היכרות עם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הכלל החשוב בבחירת מצב לסיפור 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מצב אחד בלבד לכל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על כל היום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על כמה מצבים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בוחרים מצב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גוף ובאיזה זמן מומלץ לכתוב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ראשון, 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ראשון, זמן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שלישי, זמן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שני, זמן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מוסיפים לכל עמוד בסיפור החברתי?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פשוטה עם אותה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טבלת נתונים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חוקי התנהגות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קצר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תכנון וכתיבה עצמית של סיפור אישי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לכתוב בסיפור את שם בית הספר של הקורא או הקוראת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סיפור חברתי גם בגוף שלישי לבני נוער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תכנון וכתיבה עצמית של סיפור אישי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הכתיבה שואלים: מה קורה, איפה, מתי ו__________ נמצא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כותבים הרבה תיאור וחיזוק, ורק מעט על מה אני __________ לנסות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תכנון וכתיבה עצמית של סיפור אישי – התאמת שאלות לתכנים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 קורה במצב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הבנת הקושי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הכי קשה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מציאת רעיון מרגיע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 עוזר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פרטי התצפית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רואים ושומעים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תיאור העובדות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אמריקאיות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המטרה העיקרית של סיפור 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ללמד חוקים נוקשים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מצב ולהרגיע מנקודת המבט של הקורא או הקוראת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להפחיד כדי שהקורא ישתפר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ידע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סיפור חברתי כותבים בדרך כלל עם...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חוקים ומעט תיאור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הרבה תיאור ונקודת מבט, ומעט "מה אפשר לנסות"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תמונות בלי טקסט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עונשים אפשריים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חשוב לשמור בסיפור חברתי מבחינת 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שם מלא וכתובת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רק כינוי או שם פרטי, בלי פרטים מזהים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לפרסם את הסיפור ברבים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את שם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מסלול חנ"מ מתאפיין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אחד בעמוד, תמונה גדולה והקראה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ארוך עם הרבה טקסט בעמוד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תמונות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רק בשפה 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מסלול עולים חדשים כולל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 בלחיצה במספר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הקראה רק בשפה 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ללא כל התאמת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מומלץ לקרוא סיפור חברתי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באמצע משבר או כעונש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ברגע רגוע, לא באמצע סערה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ממש לפני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 לא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כשבונים דמות בסיפור חברתי, מה בדרך כלל משנים כדי שתדמה לקורא או לקוראת?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שם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 עור, שיער, משקפיים או כיסא גלגלים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מספר העמודים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סוג הגופן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מהי "הפחתה הדרגתית" בשימוש בסיפור 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הוספת עוד ועוד עמודים כל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צמצום הדרגתי בתדירות הקריאה ככל שפחות נדרש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הדפסה בצבעים פחות בולטים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הקטנת הגופן בכל קריאה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החלקים שצריכים להופיע בכל עמוד של סיפור חברתי 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מסלול חנ״מ למסלול 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כלל פרטיות חשוב לזכור כשכותבים סיפור חברתי?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סיפור חברתי מותאם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