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הסיפור: תיאור, נקודת מבט ואיזון בין רגיעה להצעה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השונים ולדעת מתי כל אחד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וכתיבה של סיפור חברתי קצר על 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חברתי הוא סיפור קצר ורגוע.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מתאר מה קורה, מה אחרים מרגישים ומה אפשר לנסות, מנקודת מבטו/ה.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קורה, מה אחרים חושבים ומרגישים, ומה אפשר לנסות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מצב ולהרגיע את הקורא/ת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ומסביר מה קורה ומה אפשר לנסות, במקום לתת רשימת חוקים נוקשה – כך הוא מרגיע ולא מפחיד.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בגוף ראשון, למשל: אני לפעמים מרגיש/ה לחוץ/ה כשרועש – ללא שם מלא או פרטים מזהים.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מבנה הסיפור: נקודת מבט, איזון ומשפטים – מה יש בעמוד של סיפור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בנוי כך שמציג מה קורה מבחינת מי שחווה את המצב.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 אלא מסביר את המצב ומרגיע.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המבנה החוזר של עמוד בסיפור חברתי.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מבנה הסיפור: נקודת מבט, איזון ומשפטים – איזון בין תיאור ל'מה אפשר לנסות'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אני יכול/ה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מבנה הסיפור: נקודת מבט, איזון ומשפטים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בגוף ראשון שמתאר מה קורה בפועל, למשל תיאור הצליל או הדרך למרחב המוגן, בלי פחד מיותר.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שמתאר תגובה מרגיעה של מבוגר, למשל שהמורה מובילה את הכיתה בשקט למרחב המוגן.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בונים דמות ומתאימים לקורא/ת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שלב 4: בונים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כיסא גלגלים וכיסוי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זכר, נקבה וניטרלי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בונים דמות ומתאימים לקורא/ת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לשון פנייה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בונים דמות ומתאימים לקורא/ת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שדמות דומה עוזרת לקורא/ת להזדהות ולהרגיש שהסיפור באמת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ביסודי יש ניקוד מלא, ובחט״ב הניקוד הוא לפי בחירה, אך אורך הסיפור בשני המסלולים דומה - 6 עד 8 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מסלולים שונים: רגיל, חנ״מ ועולים חדשים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6–8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אחד בעמוד ותמונה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בלחיצה ב-6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מסלולים שונים: רגיל, חנ״מ ועולים חדשים – התאמת מאפיין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(עולים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מסלולים שונים: רגיל, חנ״מ ועולים חדשים – חושבים ובוחרים 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נושאים מהספרייה: בית הספר, חברים, רגשות ושינויים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מחכים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ימים לפני הטיול, עם תמונות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שינויים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נושאים מהספרייה: בית הספר, חברים, רגשות ושינויים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(רגשות וויסות)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נושאים מהספרייה: בית הספר, חברים, רגשות ושינויים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תכנון וכתיבה עצמית של סיפור אישי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מצב אחד בלבד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 ראשון, 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תכנון וכתיבה עצמית של סיפור אישי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הפרטיות כותבים רק כינוי או שם פרטי, בלי שם בית ספר או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מומלצת לבני נוער שמעדיפים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תכנון וכתיבה עצמית של סיפור אישי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יכול או יכולה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וכתיבה עצמית של סיפור אישי – התאמת שאלות לתכנים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העובדות)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(הבנת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(מציאת רעיון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(פרטי התצפית)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ולהרגיע מנקודת המבט של הקורא או הקוראת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הרבה תיאור ונקודת מבט, ומעט "מה אפשר לנסות"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 רק כינוי או שם פרטי, בלי פרטים מזהים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המצב, מה אחרים חושבים/מרגישים, והצעה עדינה למה לנסות - עם יותר דגש על תיאור ורגיעה מאשר על ההוראה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חנ״מ: משפט אחד קצר בעמוד, תמונה גדולה, הקראה, בלי לחץ זמן; רגיל: סיפור מלא של 6-8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רק כינוי או שם פרטי, בלי שם מלא, בית ספר, כתובת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קצרים, פרק או שניים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לפי הקבוצה - אפשר להשתמש בדוגמאות הפשוטות מהמסלול חנ״מ לתלמידים שזקוקים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בחט״ב לכתוב סיפור קצר משלהם על מצב אישי, תוך שמירה קפדנית על כללי הפרטיות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דיון קבוצתי קצר אחרי פרק 2 על מהו איזון נכון בין תיאור לבין הצעה, לפני המעבר לתרגול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צעד אחר צעד איך בונים סיפור חברתי: מה המטרה שלו, איך שומרים על איזון נכון בין תיאור להצעה, ואילו התאמות אפשר לעשות לפי הקורא/ת. עברו על הפרקים לפי הסדר ונסו לפתור לבד לפני שבודקים.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יכול או יכולה  ·  כיסוי ראש  ·  לשון פנייה  ·  מי  ·  מה אני יכול/ה לנסות  ·  צליל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חברתי הוא סיפור ארוך ומלא מתח.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כתוב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סיפור חברתי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ההגדרה, מה כולל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רשימת חוקים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תמונות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מטרתו העיקרית של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להסביר מצב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להפחיד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לבחון ציונים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סיפור חברתי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סיפור חברתי "לא מלמד חוקים אלא מסביר ומרגיע".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שיכול להופיע בסיפור חברתי ומתאר תחושה של הקורא/ת, בלי לציין שם מלא.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מבנה הסיפור: נקודת מבט, איזון ומשפטים – מה יש בעמוד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חברתי מתאר מצב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חברתי כותבים בעיקר רשימת חוקים נוקשים שחייבים לקיים.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עמוד יש בדרך כלל תיאור של המצב, מחשבות ורגשות של אחרים, והצעה למה אפשר לנסות.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מבנה הסיפור: נקודת מבט, איזון ומשפטים – איזון בין תיאור ל'מה אפשר לנסות'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חברתי שומרים על איזון: הרבה תיאור ונקודת מבט, ומעט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הדוגמה, אזעקה היא __________ חזק וארוך.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מבנה הסיפור: נקודת מבט, איזון ומשפטים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תיאור אחד שמתאר מצב של אזעקה, מנקודת המבט של הקורא או הקוראת.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שמסביר מה אחרים, כמו המורה, עושים או מרגישים כשיש אזעקה.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בונים דמות ומתאימים לקורא/ת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שלב בבניית הסיפור בוחרים צבע עור, שיער ומשקפיים לדמות?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שלב 1: בוחרים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שלב 2: מתאימים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שלב 4: בונים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לבחור עבור הדמות בנוסף לצבע עור ושיער?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כיסא גלגלים וכיסוי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אפשרויות לשון פנייה יש כשמתאימים את הסיפור לקורא/ת?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זכר, נקבה וניטרלי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ניטרלי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בונים דמות ומתאימים לקורא/ת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כשבונים דמות אפשר לבחור צבע עור, שיער, משקפיים, כיסא גלגלים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ההתאמה לקורא/ת בוחרים כינוי, גיל ו__________ (זכר, נקבה או ניטרלי)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בונים דמות ומתאימים לקורא/ת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להתאים את הדמות בסיפור (צבע עור, שיער וכו׳) לקורא/ת עצמו/ה.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מסלול חט״ב לבין מסלול יסודי מבחינת אורך הסיפור והניקוד?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מסלולים שונים: רגיל, חנ״מ ועולים חדשים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עמודים יש בדרך כלל בסיפור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6–8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המאפיין המרכזי של 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אחד בעמוד ותמונה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ארוך מאוד בלי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כתיבה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יש במסלול עולים חדשים שעוזר להבין מילים לא מוכרות?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 בלחיצה ב-6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ניקוד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מסלולים שונים: רגיל, חנ״מ ועולים חדשים – התאמת מאפיין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 אחד בעמוד, תמונה גדולה מעל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מלא עם עריכה ובדיקת איזון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מילון בלחיצה שמציג מילה ב-6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מסלולים שונים: רגיל, חנ״מ ועולים חדשים – חושבים ובוחרים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נושאים מהספרייה: בית הספר, חברים, רגשות ושינויים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סיפור מתאים לילדים שקשה להם לחכות בתור במזנון או בכניסה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מחכים בתור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יוצאים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בוקר טוב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מומלץ לקרוא את הסיפור 'יוצאים לטיול'?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ימים לפני הטיול, עם תמונות של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בבוקר הטיול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הסיפור 'מורה מחליף או מחליפה' שייך לאיזה נושא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בריאות וגוף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נושאים מהספרייה: בית הספר, חברים, רגשות ושינויים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מצטרפים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רגשות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נושאים מהספרייה: בית הספר, חברים, רגשות ושינויים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תכנון וכתיבה עצמית של סיפור אישי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הכלל החשוב בבחירת מצב לסיפור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מצב אחד בלבד לכל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על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על כמה מצבים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ובאיזה זמן מומלץ לכתוב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שלישי, זמן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תכנון וכתיבה עצמית של סיפור אישי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לכתוב בסיפור את שם בית הספר של הקורא או הקוראת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סיפור חברתי גם בגוף שלישי לבני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תכנון וכתיבה עצמית של סיפור אישי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הכתיבה שואלים: מה קורה, איפה, מתי ו__________ נמצא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כותבים הרבה תיאור וחיזוק, ורק מעט על מה אני __________ לנסות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תכנון וכתיבה עצמית של סיפור אישי – התאמת שאלות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קורה במצב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הבנת הקושי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הכי קשה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פרטי התצפית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עוזר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תיאור העובדות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רואים ושומעים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מציאת רעיון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ללמד חוקים נוקשים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מצב ולהרגיע מנקודת המבט של הקורא או הקוראת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להפחיד כדי שהקורא ישתפר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סיפור חברתי כותבים בדרך כלל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הרבה חוקים ומעט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הרבה תיאור ונקודת מבט, ומעט "מה אפשר לנסות"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תמונות בלי טקסט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לשמור בסיפור חברתי מבחינת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שם מלא וכתובת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רק כינוי או שם פרטי, בלי פרטים מזהים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לפרסם את הסיפור ברבים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שצריכים להופיע בכל עמוד של סיפור חברתי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מסלול חנ״מ למסלול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